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804BA7" w:rsidRDefault="00000000">
      <w:pPr>
        <w:keepNext/>
        <w:spacing w:after="240"/>
        <w:ind w:left="-720"/>
      </w:pPr>
      <w:r>
        <w:rPr>
          <w:b/>
        </w:rPr>
        <w:t xml:space="preserve">1 EXT. COTTAGE, FOREST -   DAY  </w:t>
      </w:r>
    </w:p>
    <w:p w14:paraId="00000002" w14:textId="77777777" w:rsidR="00804BA7" w:rsidRDefault="00000000">
      <w:pPr>
        <w:spacing w:after="240" w:line="240" w:lineRule="auto"/>
        <w:ind w:left="-450"/>
        <w:jc w:val="both"/>
      </w:pPr>
      <w:r>
        <w:t>Once upon a time a very poor woodcutter lived in a tiny cottage in the forest with his two children, Hansel and Gretel. His second wife often ill- treats the children and is forever nagging the woodcutter.</w:t>
      </w:r>
    </w:p>
    <w:p w14:paraId="00000003" w14:textId="77777777" w:rsidR="00804BA7" w:rsidRDefault="00000000">
      <w:pPr>
        <w:keepNext/>
        <w:spacing w:after="0" w:line="240" w:lineRule="auto"/>
        <w:ind w:left="3600"/>
      </w:pPr>
      <w:r>
        <w:t>WIFE</w:t>
      </w:r>
    </w:p>
    <w:p w14:paraId="00000004" w14:textId="77777777" w:rsidR="00804BA7" w:rsidRDefault="00000000">
      <w:pPr>
        <w:keepNext/>
        <w:spacing w:after="0" w:line="240" w:lineRule="auto"/>
        <w:ind w:left="2880" w:right="1800"/>
      </w:pPr>
      <w:r>
        <w:t>(declaring)</w:t>
      </w:r>
    </w:p>
    <w:p w14:paraId="00000005" w14:textId="77777777" w:rsidR="00804BA7" w:rsidRDefault="00000000">
      <w:pPr>
        <w:keepLines/>
        <w:spacing w:after="240" w:line="240" w:lineRule="auto"/>
        <w:ind w:left="2160" w:right="1800"/>
      </w:pPr>
      <w:r>
        <w:t xml:space="preserve">There is not enough food in the house </w:t>
      </w:r>
      <w:proofErr w:type="gramStart"/>
      <w:r>
        <w:t>for  us</w:t>
      </w:r>
      <w:proofErr w:type="gramEnd"/>
      <w:r>
        <w:t xml:space="preserve"> all. There are too many mouths to </w:t>
      </w:r>
      <w:proofErr w:type="gramStart"/>
      <w:r>
        <w:t>feed !</w:t>
      </w:r>
      <w:proofErr w:type="gramEnd"/>
      <w:r>
        <w:t xml:space="preserve">  We must get rid of the two brats</w:t>
      </w:r>
    </w:p>
    <w:p w14:paraId="00000006" w14:textId="77777777" w:rsidR="00804BA7" w:rsidRDefault="00804BA7">
      <w:pPr>
        <w:spacing w:after="240" w:line="240" w:lineRule="auto"/>
        <w:ind w:left="720"/>
      </w:pPr>
    </w:p>
    <w:p w14:paraId="00000007" w14:textId="77777777" w:rsidR="00804BA7" w:rsidRDefault="00000000">
      <w:pPr>
        <w:keepNext/>
        <w:spacing w:after="240"/>
        <w:ind w:left="-720"/>
      </w:pPr>
      <w:r>
        <w:rPr>
          <w:b/>
        </w:rPr>
        <w:t xml:space="preserve">2 EXT. FOREST -   DAY  </w:t>
      </w:r>
    </w:p>
    <w:p w14:paraId="00000008" w14:textId="77777777" w:rsidR="00804BA7" w:rsidRDefault="00000000">
      <w:pPr>
        <w:spacing w:after="240" w:line="240" w:lineRule="auto"/>
        <w:ind w:left="-450"/>
      </w:pPr>
      <w:r>
        <w:t>She keeps on trying to persuade her husband to abandon his children in the forest.</w:t>
      </w:r>
    </w:p>
    <w:p w14:paraId="00000009" w14:textId="77777777" w:rsidR="00804BA7" w:rsidRDefault="00000000">
      <w:pPr>
        <w:keepNext/>
        <w:spacing w:after="0" w:line="240" w:lineRule="auto"/>
        <w:ind w:left="3600"/>
      </w:pPr>
      <w:r>
        <w:t>WIFE</w:t>
      </w:r>
    </w:p>
    <w:p w14:paraId="0000000A" w14:textId="77777777" w:rsidR="00804BA7" w:rsidRDefault="00000000">
      <w:pPr>
        <w:keepLines/>
        <w:spacing w:after="240" w:line="240" w:lineRule="auto"/>
        <w:ind w:left="2160" w:right="1800"/>
      </w:pPr>
      <w:proofErr w:type="gramStart"/>
      <w:r>
        <w:t>Take  them</w:t>
      </w:r>
      <w:proofErr w:type="gramEnd"/>
      <w:r>
        <w:t xml:space="preserve"> miles from home , so far that  they can never find  their way back ! Maybe someone will </w:t>
      </w:r>
      <w:proofErr w:type="gramStart"/>
      <w:r>
        <w:t>find  them</w:t>
      </w:r>
      <w:proofErr w:type="gramEnd"/>
      <w:r>
        <w:t xml:space="preserve"> and give  them a home.</w:t>
      </w:r>
    </w:p>
    <w:p w14:paraId="0000000B" w14:textId="77777777" w:rsidR="00804BA7" w:rsidRDefault="00000000">
      <w:pPr>
        <w:spacing w:after="240" w:line="240" w:lineRule="auto"/>
        <w:ind w:left="-360"/>
      </w:pPr>
      <w:r>
        <w:t>The downcast woodcutter doesn't know what to do.</w:t>
      </w:r>
    </w:p>
    <w:p w14:paraId="0000000C" w14:textId="77777777" w:rsidR="00804BA7" w:rsidRDefault="00000000">
      <w:pPr>
        <w:keepNext/>
        <w:spacing w:after="240"/>
        <w:ind w:left="-720"/>
      </w:pPr>
      <w:r>
        <w:rPr>
          <w:b/>
        </w:rPr>
        <w:t xml:space="preserve">3 EXT. FOREST -   EVENING  </w:t>
      </w:r>
    </w:p>
    <w:p w14:paraId="0000000D" w14:textId="77777777" w:rsidR="00804BA7" w:rsidRDefault="00000000">
      <w:pPr>
        <w:spacing w:after="240" w:line="240" w:lineRule="auto"/>
        <w:ind w:left="-360"/>
      </w:pPr>
      <w:r>
        <w:t xml:space="preserve">Hansel who, one evening, has overheard his </w:t>
      </w:r>
      <w:proofErr w:type="gramStart"/>
      <w:r>
        <w:t>parents</w:t>
      </w:r>
      <w:proofErr w:type="gramEnd"/>
      <w:r>
        <w:t xml:space="preserve"> conversation, comforts Gretel.</w:t>
      </w:r>
    </w:p>
    <w:p w14:paraId="0000000E" w14:textId="77777777" w:rsidR="00804BA7" w:rsidRDefault="00000000">
      <w:pPr>
        <w:keepNext/>
        <w:spacing w:after="0" w:line="240" w:lineRule="auto"/>
        <w:ind w:left="3600"/>
      </w:pPr>
      <w:r>
        <w:t>HANSEL</w:t>
      </w:r>
    </w:p>
    <w:p w14:paraId="0000000F" w14:textId="77777777" w:rsidR="00804BA7" w:rsidRDefault="00000000">
      <w:pPr>
        <w:keepLines/>
        <w:spacing w:after="240" w:line="240" w:lineRule="auto"/>
        <w:ind w:left="2160" w:right="1800"/>
      </w:pPr>
      <w:r>
        <w:t xml:space="preserve">Don't </w:t>
      </w:r>
      <w:proofErr w:type="gramStart"/>
      <w:r>
        <w:t>worry !</w:t>
      </w:r>
      <w:proofErr w:type="gramEnd"/>
      <w:r>
        <w:t xml:space="preserve"> </w:t>
      </w:r>
      <w:proofErr w:type="gramStart"/>
      <w:r>
        <w:t>If  they</w:t>
      </w:r>
      <w:proofErr w:type="gramEnd"/>
      <w:r>
        <w:t xml:space="preserve"> do leave  us in the forest ,  we'll find the way home</w:t>
      </w:r>
    </w:p>
    <w:p w14:paraId="00000010" w14:textId="77777777" w:rsidR="00804BA7" w:rsidRDefault="00000000">
      <w:pPr>
        <w:spacing w:after="240" w:line="240" w:lineRule="auto"/>
        <w:ind w:left="720"/>
      </w:pPr>
      <w:r>
        <w:t xml:space="preserve">   </w:t>
      </w:r>
    </w:p>
    <w:p w14:paraId="00000011" w14:textId="77777777" w:rsidR="00804BA7" w:rsidRDefault="00000000">
      <w:pPr>
        <w:keepNext/>
        <w:spacing w:after="240"/>
        <w:ind w:left="-720"/>
      </w:pPr>
      <w:r>
        <w:rPr>
          <w:b/>
        </w:rPr>
        <w:t xml:space="preserve">4 EXT. / INT. BEDROOM -   DAY  </w:t>
      </w:r>
    </w:p>
    <w:p w14:paraId="00000012" w14:textId="77777777" w:rsidR="00804BA7" w:rsidRDefault="00000000">
      <w:pPr>
        <w:spacing w:after="240" w:line="240" w:lineRule="auto"/>
        <w:ind w:left="-360"/>
      </w:pPr>
      <w:r>
        <w:t>slipping out of the house he fills his pockets with little white pebbles, then goes back to bed.</w:t>
      </w:r>
    </w:p>
    <w:p w14:paraId="00000013" w14:textId="77777777" w:rsidR="00804BA7" w:rsidRDefault="00804BA7">
      <w:pPr>
        <w:spacing w:after="240" w:line="240" w:lineRule="auto"/>
        <w:ind w:left="720"/>
      </w:pPr>
    </w:p>
    <w:p w14:paraId="00000014" w14:textId="77777777" w:rsidR="00804BA7" w:rsidRDefault="00000000">
      <w:pPr>
        <w:keepNext/>
        <w:spacing w:after="240"/>
        <w:ind w:left="-720"/>
      </w:pPr>
      <w:r>
        <w:rPr>
          <w:b/>
        </w:rPr>
        <w:lastRenderedPageBreak/>
        <w:t>5 INT. BEDROOM - NIGHT</w:t>
      </w:r>
    </w:p>
    <w:p w14:paraId="00000015" w14:textId="77777777" w:rsidR="00804BA7" w:rsidRDefault="00000000">
      <w:pPr>
        <w:spacing w:after="240" w:line="240" w:lineRule="auto"/>
        <w:ind w:left="-450"/>
      </w:pPr>
      <w:r>
        <w:t>All night long, the woodcutter 's wife harps on and on at her husband till</w:t>
      </w:r>
    </w:p>
    <w:p w14:paraId="00000016" w14:textId="77777777" w:rsidR="00804BA7" w:rsidRDefault="00000000">
      <w:pPr>
        <w:keepNext/>
        <w:spacing w:after="240"/>
        <w:ind w:left="-720"/>
      </w:pPr>
      <w:r>
        <w:rPr>
          <w:b/>
        </w:rPr>
        <w:t>6 EXT. FOREST - NIGHT</w:t>
      </w:r>
    </w:p>
    <w:p w14:paraId="00000017" w14:textId="77777777" w:rsidR="00804BA7" w:rsidRDefault="00000000">
      <w:pPr>
        <w:spacing w:after="240" w:line="240" w:lineRule="auto"/>
        <w:ind w:left="-360"/>
      </w:pPr>
      <w:r>
        <w:t>At dawn, he leads Hansel and Gretel away into the forest.</w:t>
      </w:r>
    </w:p>
    <w:p w14:paraId="00000018" w14:textId="77777777" w:rsidR="00804BA7" w:rsidRDefault="00000000">
      <w:pPr>
        <w:keepNext/>
        <w:spacing w:after="240"/>
        <w:ind w:left="-720"/>
      </w:pPr>
      <w:r>
        <w:rPr>
          <w:b/>
        </w:rPr>
        <w:t xml:space="preserve">7 EXT. FOREST -   DAY  </w:t>
      </w:r>
    </w:p>
    <w:p w14:paraId="00000019" w14:textId="77777777" w:rsidR="00804BA7" w:rsidRDefault="00000000">
      <w:pPr>
        <w:spacing w:after="240" w:line="240" w:lineRule="auto"/>
        <w:ind w:left="-360"/>
      </w:pPr>
      <w:r>
        <w:t xml:space="preserve">But as they </w:t>
      </w:r>
      <w:proofErr w:type="gramStart"/>
      <w:r>
        <w:t>goes</w:t>
      </w:r>
      <w:proofErr w:type="gramEnd"/>
      <w:r>
        <w:t xml:space="preserve"> into the depths of the trees, Hansel drops a little white pebble here and there on the mossy green ground. At a certain point, the two children find they really are alone: the woodcutter have plucked up enough courage to desert them, have mumbled an excuse and is gone.</w:t>
      </w:r>
    </w:p>
    <w:p w14:paraId="0000001A" w14:textId="77777777" w:rsidR="00804BA7" w:rsidRDefault="00000000">
      <w:pPr>
        <w:keepNext/>
        <w:spacing w:after="240"/>
        <w:ind w:left="-720"/>
      </w:pPr>
      <w:r>
        <w:rPr>
          <w:b/>
        </w:rPr>
        <w:t xml:space="preserve">8 EXT. FOREST -   NIGHT  </w:t>
      </w:r>
    </w:p>
    <w:p w14:paraId="0000001B" w14:textId="77777777" w:rsidR="00804BA7" w:rsidRDefault="00000000">
      <w:pPr>
        <w:spacing w:after="240" w:line="240" w:lineRule="auto"/>
        <w:ind w:left="-360"/>
      </w:pPr>
      <w:r>
        <w:t>Night falls but the woodcutter does not return. Gretel begins to sob bitterly. Hansel too feels scared but he tries to hide his feelings and comfort his sister.</w:t>
      </w:r>
    </w:p>
    <w:p w14:paraId="0000001C" w14:textId="77777777" w:rsidR="00804BA7" w:rsidRDefault="00000000">
      <w:pPr>
        <w:keepNext/>
        <w:spacing w:after="0" w:line="240" w:lineRule="auto"/>
        <w:ind w:left="3600"/>
      </w:pPr>
      <w:r>
        <w:t>HANSEL</w:t>
      </w:r>
    </w:p>
    <w:p w14:paraId="0000001D" w14:textId="77777777" w:rsidR="00804BA7" w:rsidRDefault="00000000">
      <w:pPr>
        <w:keepLines/>
        <w:spacing w:after="240" w:line="240" w:lineRule="auto"/>
        <w:ind w:left="2160" w:right="1800"/>
      </w:pPr>
      <w:r>
        <w:t xml:space="preserve">Don't </w:t>
      </w:r>
      <w:proofErr w:type="gramStart"/>
      <w:r>
        <w:t>cry ,</w:t>
      </w:r>
      <w:proofErr w:type="gramEnd"/>
      <w:r>
        <w:t xml:space="preserve"> trust me ! I swear I'll </w:t>
      </w:r>
      <w:proofErr w:type="gramStart"/>
      <w:r>
        <w:t>take  you</w:t>
      </w:r>
      <w:proofErr w:type="gramEnd"/>
      <w:r>
        <w:t xml:space="preserve"> home even if Father doesn’t come back for  us!</w:t>
      </w:r>
    </w:p>
    <w:p w14:paraId="0000001E" w14:textId="77777777" w:rsidR="00804BA7" w:rsidRDefault="00000000">
      <w:pPr>
        <w:spacing w:after="240" w:line="240" w:lineRule="auto"/>
        <w:ind w:left="-360"/>
      </w:pPr>
      <w:r>
        <w:t>Luckily the moon is full that night and Hansel waits till its cold light filters through the trees.</w:t>
      </w:r>
    </w:p>
    <w:p w14:paraId="0000001F" w14:textId="77777777" w:rsidR="00804BA7" w:rsidRDefault="00000000">
      <w:pPr>
        <w:keepNext/>
        <w:spacing w:after="0" w:line="240" w:lineRule="auto"/>
        <w:ind w:left="3600"/>
      </w:pPr>
      <w:r>
        <w:t>HANSEL</w:t>
      </w:r>
    </w:p>
    <w:p w14:paraId="7AB081CB" w14:textId="142150C1" w:rsidR="001D3CAE" w:rsidRDefault="00000000" w:rsidP="001D3CAE">
      <w:pPr>
        <w:keepLines/>
        <w:spacing w:after="240" w:line="240" w:lineRule="auto"/>
        <w:ind w:left="2160" w:right="1800"/>
      </w:pPr>
      <w:r>
        <w:t xml:space="preserve"> Now give </w:t>
      </w:r>
      <w:proofErr w:type="gramStart"/>
      <w:r>
        <w:t>me  your</w:t>
      </w:r>
      <w:proofErr w:type="gramEnd"/>
      <w:r>
        <w:t xml:space="preserve"> hand </w:t>
      </w:r>
    </w:p>
    <w:p w14:paraId="5D23A672" w14:textId="2F759CC0" w:rsidR="001D3CAE" w:rsidRDefault="001D3CAE" w:rsidP="001D3CAE">
      <w:pPr>
        <w:keepLines/>
        <w:spacing w:after="240" w:line="240" w:lineRule="auto"/>
        <w:ind w:right="1800"/>
      </w:pPr>
      <w:proofErr w:type="spellStart"/>
      <w:r>
        <w:t>Gretal</w:t>
      </w:r>
      <w:proofErr w:type="spellEnd"/>
      <w:r>
        <w:t xml:space="preserve"> smiles.</w:t>
      </w:r>
    </w:p>
    <w:p w14:paraId="00000021" w14:textId="6C8BE623" w:rsidR="00804BA7" w:rsidRDefault="00893587">
      <w:pPr>
        <w:keepNext/>
        <w:spacing w:after="0" w:line="240" w:lineRule="auto"/>
        <w:ind w:left="3600"/>
      </w:pPr>
      <w:r>
        <w:t>GRETEL</w:t>
      </w:r>
    </w:p>
    <w:p w14:paraId="22657145" w14:textId="17814DF5" w:rsidR="001D3CAE" w:rsidRDefault="00000000" w:rsidP="001D3CAE">
      <w:pPr>
        <w:keepLines/>
        <w:spacing w:after="240" w:line="240" w:lineRule="auto"/>
        <w:ind w:left="2160" w:right="1800"/>
      </w:pPr>
      <w:r>
        <w:t xml:space="preserve"> We'll get home </w:t>
      </w:r>
      <w:proofErr w:type="gramStart"/>
      <w:r>
        <w:t>safely ,</w:t>
      </w:r>
      <w:proofErr w:type="gramEnd"/>
      <w:r>
        <w:t xml:space="preserve">  you'll see!</w:t>
      </w:r>
    </w:p>
    <w:p w14:paraId="3F1A0749" w14:textId="52B497FB" w:rsidR="001D3CAE" w:rsidRDefault="001D3CAE" w:rsidP="001D3CAE">
      <w:pPr>
        <w:keepLines/>
        <w:spacing w:after="240" w:line="240" w:lineRule="auto"/>
        <w:ind w:right="1800"/>
      </w:pPr>
      <w:r>
        <w:t>Both of them laugh.</w:t>
      </w:r>
    </w:p>
    <w:p w14:paraId="75375492" w14:textId="30CDC255" w:rsidR="001D3CAE" w:rsidRDefault="001D3CAE" w:rsidP="001D3CAE">
      <w:pPr>
        <w:keepLines/>
        <w:spacing w:after="240" w:line="240" w:lineRule="auto"/>
        <w:ind w:right="18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FADE OUT</w:t>
      </w:r>
      <w:r>
        <w:tab/>
      </w:r>
    </w:p>
    <w:p w14:paraId="0C2C4C29" w14:textId="00BFA1F3" w:rsidR="001D3CAE" w:rsidRDefault="001D3CAE" w:rsidP="001D3CAE">
      <w:pPr>
        <w:keepLines/>
        <w:spacing w:after="240" w:line="240" w:lineRule="auto"/>
        <w:ind w:right="1800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sectPr w:rsidR="001D3CAE">
      <w:pgSz w:w="12240" w:h="15840"/>
      <w:pgMar w:top="1440" w:right="1800" w:bottom="1440" w:left="180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B80576"/>
    <w:multiLevelType w:val="multilevel"/>
    <w:tmpl w:val="3BF6B81C"/>
    <w:lvl w:ilvl="0">
      <w:start w:val="1"/>
      <w:numFmt w:val="decimal"/>
      <w:pStyle w:val="ListBullet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1247571444">
    <w:abstractNumId w:val="0"/>
  </w:num>
  <w:num w:numId="2" w16cid:durableId="191057940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597100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50085374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4617727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4802120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4BA7"/>
    <w:rsid w:val="001D3CAE"/>
    <w:rsid w:val="00804BA7"/>
    <w:rsid w:val="008935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A1AA3"/>
  <w15:docId w15:val="{737A4451-F35F-4BA1-B155-F0B4D8EC8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en-US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Pr>
      <w:rFonts w:ascii="Calibri" w:eastAsia="Calibri" w:hAnsi="Calibri" w:cs="Calibri"/>
      <w:i/>
      <w:color w:val="4F81BD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tabs>
        <w:tab w:val="num" w:pos="720"/>
      </w:tabs>
      <w:ind w:left="720" w:hanging="720"/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tabs>
        <w:tab w:val="num" w:pos="720"/>
      </w:tabs>
      <w:ind w:left="720" w:hanging="720"/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xmklRR7s3t+mXKZNI3i370+ezuQ==">AMUW2mUGJS/565F7H0q59We2ELDl13N7Obz8dWWJpXQjhyYlwNkQsEk6/Reo222EE5yI5rSxIEvDmYSg3TvQxRKXIGVNY82veQspG6nq2YjTYjgi7cKCPCA=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300</Words>
  <Characters>1713</Characters>
  <Application>Microsoft Office Word</Application>
  <DocSecurity>0</DocSecurity>
  <Lines>14</Lines>
  <Paragraphs>4</Paragraphs>
  <ScaleCrop>false</ScaleCrop>
  <Company/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Amit Ramola</cp:lastModifiedBy>
  <cp:revision>5</cp:revision>
  <dcterms:created xsi:type="dcterms:W3CDTF">2013-12-23T23:15:00Z</dcterms:created>
  <dcterms:modified xsi:type="dcterms:W3CDTF">2023-02-22T14:59:00Z</dcterms:modified>
</cp:coreProperties>
</file>