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NoSpacing"/>
      </w:pPr>
      <w:r>
        <w:t>1</w:t>
      </w:r>
    </w:p>
    <w:p>
      <w:pPr>
        <w:pStyle w:val="NoSpacing"/>
      </w:pPr>
      <w:r>
        <w:t>00:00:04,700 --&gt; 00:00:10,700</w:t>
      </w:r>
    </w:p>
    <w:p>
      <w:pPr>
        <w:pStyle w:val="NoSpacing"/>
      </w:pPr>
      <w:r>
        <w:t xml:space="preserve"> i per això és molt difícil explicada de bolso No perquè</w:t>
      </w:r>
    </w:p>
    <w:p>
      <w:pPr>
        <w:pStyle w:val="NoSpacing"/>
      </w:pPr>
    </w:p>
    <w:p>
      <w:pPr>
        <w:pStyle w:val="NoSpacing"/>
      </w:pPr>
      <w:r>
        <w:t>2</w:t>
      </w:r>
    </w:p>
    <w:p>
      <w:pPr>
        <w:pStyle w:val="NoSpacing"/>
      </w:pPr>
      <w:r>
        <w:t>00:00:10,700 --&gt; 00:00:13,400</w:t>
      </w:r>
    </w:p>
    <w:p>
      <w:pPr>
        <w:pStyle w:val="NoSpacing"/>
      </w:pPr>
      <w:r>
        <w:t xml:space="preserve"> hagi viscut amb moltes ganes de fet casi totes meva</w:t>
      </w:r>
    </w:p>
    <w:p>
      <w:pPr>
        <w:pStyle w:val="NoSpacing"/>
      </w:pPr>
    </w:p>
    <w:p>
      <w:pPr>
        <w:pStyle w:val="NoSpacing"/>
      </w:pPr>
      <w:r>
        <w:t>3</w:t>
      </w:r>
    </w:p>
    <w:p>
      <w:pPr>
        <w:pStyle w:val="NoSpacing"/>
      </w:pPr>
      <w:r>
        <w:t>00:00:13,400 --&gt; 00:00:17,400</w:t>
      </w:r>
    </w:p>
    <w:p>
      <w:pPr>
        <w:pStyle w:val="NoSpacing"/>
      </w:pPr>
      <w:r>
        <w:t xml:space="preserve"> vida però no li tot el que he viscut a Mallorca el poble</w:t>
      </w:r>
    </w:p>
    <w:p>
      <w:pPr>
        <w:pStyle w:val="NoSpacing"/>
      </w:pPr>
    </w:p>
    <w:p>
      <w:pPr>
        <w:pStyle w:val="NoSpacing"/>
      </w:pPr>
      <w:r>
        <w:t>4</w:t>
      </w:r>
    </w:p>
    <w:p>
      <w:pPr>
        <w:pStyle w:val="NoSpacing"/>
      </w:pPr>
      <w:r>
        <w:t>00:00:21,700 --&gt; 00:00:31,400</w:t>
      </w:r>
    </w:p>
    <w:p>
      <w:pPr>
        <w:pStyle w:val="NoSpacing"/>
      </w:pPr>
      <w:r>
        <w:t xml:space="preserve"> però per allà cases més que el tast escut però és lloc</w:t>
      </w:r>
    </w:p>
    <w:p>
      <w:pPr>
        <w:pStyle w:val="NoSpacing"/>
      </w:pPr>
    </w:p>
    <w:p>
      <w:pPr>
        <w:pStyle w:val="NoSpacing"/>
      </w:pPr>
      <w:r>
        <w:t>5</w:t>
      </w:r>
    </w:p>
    <w:p>
      <w:pPr>
        <w:pStyle w:val="NoSpacing"/>
      </w:pPr>
      <w:r>
        <w:t>00:00:31,400 --&gt; 00:00:34,700</w:t>
      </w:r>
    </w:p>
    <w:p>
      <w:pPr>
        <w:pStyle w:val="NoSpacing"/>
      </w:pPr>
      <w:r>
        <w:t xml:space="preserve"> que connecta amb qui ets tu i alguns estàs més còmode</w:t>
      </w:r>
    </w:p>
    <w:p>
      <w:pPr>
        <w:pStyle w:val="NoSpacing"/>
      </w:pPr>
    </w:p>
    <w:p>
      <w:pPr>
        <w:pStyle w:val="NoSpacing"/>
      </w:pPr>
      <w:r>
        <w:t>6</w:t>
      </w:r>
    </w:p>
    <w:p>
      <w:pPr>
        <w:pStyle w:val="NoSpacing"/>
      </w:pPr>
      <w:r>
        <w:t>00:00:36,400 --&gt; 00:00:40,100</w:t>
      </w:r>
    </w:p>
    <w:p>
      <w:pPr>
        <w:pStyle w:val="NoSpacing"/>
      </w:pPr>
      <w:r>
        <w:t xml:space="preserve"> i sembla que nota que et direm alguna cosa a la moda</w:t>
      </w:r>
    </w:p>
    <w:p>
      <w:pPr>
        <w:pStyle w:val="NoSpacing"/>
      </w:pPr>
    </w:p>
    <w:p>
      <w:pPr>
        <w:pStyle w:val="NoSpacing"/>
      </w:pPr>
      <w:r>
        <w:t>7</w:t>
      </w:r>
    </w:p>
    <w:p>
      <w:pPr>
        <w:pStyle w:val="NoSpacing"/>
      </w:pPr>
      <w:r>
        <w:t>00:00:40,100 --&gt; 00:00:45,600</w:t>
      </w:r>
    </w:p>
    <w:p>
      <w:pPr>
        <w:pStyle w:val="NoSpacing"/>
      </w:pPr>
      <w:r>
        <w:t xml:space="preserve"> ciutat necessitat però fa molt despatx que no tenia</w:t>
      </w:r>
    </w:p>
    <w:p>
      <w:pPr>
        <w:pStyle w:val="NoSpacing"/>
      </w:pPr>
    </w:p>
    <w:p>
      <w:pPr>
        <w:pStyle w:val="NoSpacing"/>
      </w:pPr>
      <w:r>
        <w:t>8</w:t>
      </w:r>
    </w:p>
    <w:p>
      <w:pPr>
        <w:pStyle w:val="NoSpacing"/>
      </w:pPr>
      <w:r>
        <w:t>00:00:45,600 --&gt; 00:00:51,200</w:t>
      </w:r>
    </w:p>
    <w:p>
      <w:pPr>
        <w:pStyle w:val="NoSpacing"/>
      </w:pPr>
      <w:r>
        <w:t xml:space="preserve"> horari cementeri hagi molta gent i i per això feia</w:t>
      </w:r>
    </w:p>
    <w:p>
      <w:pPr>
        <w:pStyle w:val="NoSpacing"/>
      </w:pPr>
    </w:p>
    <w:p>
      <w:pPr>
        <w:pStyle w:val="NoSpacing"/>
      </w:pPr>
      <w:r>
        <w:t>9</w:t>
      </w:r>
    </w:p>
    <w:p>
      <w:pPr>
        <w:pStyle w:val="NoSpacing"/>
      </w:pPr>
      <w:r>
        <w:t>00:00:51,200 --&gt; 00:00:54,100</w:t>
      </w:r>
    </w:p>
    <w:p>
      <w:pPr>
        <w:pStyle w:val="NoSpacing"/>
      </w:pPr>
      <w:r>
        <w:t xml:space="preserve"> dos de moto dimecres que un altre tio per anar a ballar</w:t>
      </w:r>
    </w:p>
    <w:p>
      <w:pPr>
        <w:pStyle w:val="NoSpacing"/>
      </w:pPr>
    </w:p>
    <w:p>
      <w:pPr>
        <w:pStyle w:val="NoSpacing"/>
      </w:pPr>
      <w:r>
        <w:t>10</w:t>
      </w:r>
    </w:p>
    <w:p>
      <w:pPr>
        <w:pStyle w:val="NoSpacing"/>
      </w:pPr>
      <w:r>
        <w:t>00:00:55,700 --&gt; 00:01:00,000</w:t>
      </w:r>
    </w:p>
    <w:p>
      <w:pPr>
        <w:pStyle w:val="NoSpacing"/>
      </w:pPr>
      <w:r>
        <w:t xml:space="preserve"> però ara vegades ells escut a la cara de mono m'han</w:t>
      </w:r>
    </w:p>
    <w:p>
      <w:pPr>
        <w:pStyle w:val="NoSpacing"/>
      </w:pPr>
    </w:p>
    <w:p>
      <w:pPr>
        <w:pStyle w:val="NoSpacing"/>
      </w:pPr>
      <w:r>
        <w:t>11</w:t>
      </w:r>
    </w:p>
    <w:p>
      <w:pPr>
        <w:pStyle w:val="NoSpacing"/>
      </w:pPr>
      <w:r>
        <w:t>00:01:00,000 --&gt; 00:01:03,900</w:t>
      </w:r>
    </w:p>
    <w:p>
      <w:pPr>
        <w:pStyle w:val="NoSpacing"/>
      </w:pPr>
      <w:r>
        <w:t xml:space="preserve"> explicat i m'han fet entendre importància de la tecnologia</w:t>
      </w:r>
    </w:p>
    <w:p>
      <w:pPr>
        <w:pStyle w:val="NoSpacing"/>
      </w:pPr>
    </w:p>
    <w:p>
      <w:pPr>
        <w:pStyle w:val="NoSpacing"/>
      </w:pPr>
      <w:r>
        <w:t>12</w:t>
      </w:r>
    </w:p>
    <w:p>
      <w:pPr>
        <w:pStyle w:val="NoSpacing"/>
      </w:pPr>
      <w:r>
        <w:t>00:01:06,900 --&gt; 00:01:09,900</w:t>
      </w:r>
    </w:p>
    <w:p>
      <w:pPr>
        <w:pStyle w:val="NoSpacing"/>
      </w:pPr>
      <w:r>
        <w:t xml:space="preserve"> IES català és la llengua bruta proporciona ja perquè</w:t>
      </w:r>
    </w:p>
    <w:p>
      <w:pPr>
        <w:pStyle w:val="NoSpacing"/>
      </w:pPr>
    </w:p>
    <w:p>
      <w:pPr>
        <w:pStyle w:val="NoSpacing"/>
      </w:pPr>
      <w:r>
        <w:t>13</w:t>
      </w:r>
    </w:p>
    <w:p>
      <w:pPr>
        <w:pStyle w:val="NoSpacing"/>
      </w:pPr>
      <w:r>
        <w:t>00:01:09,900 --&gt; 00:01:13,800</w:t>
      </w:r>
    </w:p>
    <w:p>
      <w:pPr>
        <w:pStyle w:val="NoSpacing"/>
      </w:pPr>
      <w:r>
        <w:t xml:space="preserve"> quan quan rojales català no és que ja és que te l'has</w:t>
      </w:r>
    </w:p>
    <w:p>
      <w:pPr>
        <w:pStyle w:val="NoSpacing"/>
      </w:pPr>
    </w:p>
    <w:p>
      <w:pPr>
        <w:pStyle w:val="NoSpacing"/>
      </w:pPr>
      <w:r>
        <w:t>14</w:t>
      </w:r>
    </w:p>
    <w:p>
      <w:pPr>
        <w:pStyle w:val="NoSpacing"/>
      </w:pPr>
      <w:r>
        <w:t>00:01:13,800 --&gt; 00:01:19,000</w:t>
      </w:r>
    </w:p>
    <w:p>
      <w:pPr>
        <w:pStyle w:val="NoSpacing"/>
      </w:pPr>
      <w:r>
        <w:t xml:space="preserve"> que après uns valors i aprenents una història que</w:t>
      </w:r>
    </w:p>
    <w:p>
      <w:pPr>
        <w:pStyle w:val="NoSpacing"/>
      </w:pPr>
    </w:p>
    <w:p>
      <w:pPr>
        <w:pStyle w:val="NoSpacing"/>
      </w:pPr>
      <w:r>
        <w:t>15</w:t>
      </w:r>
    </w:p>
    <w:p>
      <w:pPr>
        <w:pStyle w:val="NoSpacing"/>
      </w:pPr>
      <w:r>
        <w:t>00:01:19,000 --&gt; 00:01:23,600</w:t>
      </w:r>
    </w:p>
    <w:p>
      <w:pPr>
        <w:pStyle w:val="NoSpacing"/>
      </w:pPr>
      <w:r>
        <w:t xml:space="preserve"> agafar entendre que que sereu associades d'alguna</w:t>
      </w:r>
    </w:p>
    <w:p>
      <w:pPr>
        <w:pStyle w:val="NoSpacing"/>
      </w:pPr>
    </w:p>
    <w:p>
      <w:pPr>
        <w:pStyle w:val="NoSpacing"/>
      </w:pPr>
      <w:r>
        <w:t>16</w:t>
      </w:r>
    </w:p>
    <w:p>
      <w:pPr>
        <w:pStyle w:val="NoSpacing"/>
      </w:pPr>
      <w:r>
        <w:t>00:01:23,600 --&gt; 00:01:29,000</w:t>
      </w:r>
    </w:p>
    <w:p>
      <w:pPr>
        <w:pStyle w:val="NoSpacing"/>
      </w:pPr>
      <w:r>
        <w:t xml:space="preserve"> manera d'escriure part de qui ets tu i de quins valors</w:t>
      </w:r>
    </w:p>
    <w:p>
      <w:pPr>
        <w:pStyle w:val="NoSpacing"/>
      </w:pPr>
    </w:p>
    <w:p>
      <w:pPr>
        <w:pStyle w:val="NoSpacing"/>
      </w:pPr>
      <w:r>
        <w:t>17</w:t>
      </w:r>
    </w:p>
    <w:p>
      <w:pPr>
        <w:pStyle w:val="NoSpacing"/>
      </w:pPr>
      <w:r>
        <w:t>00:01:31,100 --&gt; 00:01:35,100</w:t>
      </w:r>
    </w:p>
    <w:p>
      <w:pPr>
        <w:pStyle w:val="NoSpacing"/>
      </w:pPr>
      <w:r>
        <w:t xml:space="preserve"> només català no Només m'ha faltat anar de la meva suportat</w:t>
      </w:r>
    </w:p>
    <w:p>
      <w:pPr>
        <w:pStyle w:val="NoSpacing"/>
      </w:pPr>
    </w:p>
    <w:p>
      <w:pPr>
        <w:pStyle w:val="NoSpacing"/>
      </w:pPr>
      <w:r>
        <w:t>18</w:t>
      </w:r>
    </w:p>
    <w:p>
      <w:pPr>
        <w:pStyle w:val="NoSpacing"/>
      </w:pPr>
      <w:r>
        <w:t>00:01:35,100 --&gt; 00:01:38,200</w:t>
      </w:r>
    </w:p>
    <w:p>
      <w:pPr>
        <w:pStyle w:val="NoSpacing"/>
      </w:pPr>
      <w:r>
        <w:t xml:space="preserve"> una una llengua que també relacionat des de que era</w:t>
      </w:r>
    </w:p>
    <w:p>
      <w:pPr>
        <w:pStyle w:val="NoSpacing"/>
      </w:pPr>
    </w:p>
    <w:p>
      <w:pPr>
        <w:pStyle w:val="NoSpacing"/>
      </w:pPr>
      <w:r>
        <w:t>19</w:t>
      </w:r>
    </w:p>
    <w:p>
      <w:pPr>
        <w:pStyle w:val="NoSpacing"/>
      </w:pPr>
      <w:r>
        <w:t>00:01:38,200 --&gt; 00:01:46,000</w:t>
      </w:r>
    </w:p>
    <w:p>
      <w:pPr>
        <w:pStyle w:val="NoSpacing"/>
      </w:pPr>
      <w:r>
        <w:t xml:space="preserve"> des de que aviam petita sinó una llengua dàlmata censades</w:t>
      </w:r>
    </w:p>
    <w:p>
      <w:pPr>
        <w:pStyle w:val="NoSpacing"/>
      </w:pPr>
    </w:p>
    <w:p>
      <w:pPr>
        <w:pStyle w:val="NoSpacing"/>
      </w:pPr>
      <w:r>
        <w:t>20</w:t>
      </w:r>
    </w:p>
    <w:p>
      <w:pPr>
        <w:pStyle w:val="NoSpacing"/>
      </w:pPr>
      <w:r>
        <w:t>00:01:51,800 --&gt; 00:01:57,000</w:t>
      </w:r>
    </w:p>
    <w:p>
      <w:pPr>
        <w:pStyle w:val="NoSpacing"/>
      </w:pPr>
      <w:r>
        <w:t xml:space="preserve"> És que estic Manasses que aviam s'escalfen tot lo</w:t>
      </w:r>
    </w:p>
    <w:p>
      <w:pPr>
        <w:pStyle w:val="NoSpacing"/>
      </w:pPr>
    </w:p>
    <w:p>
      <w:pPr>
        <w:pStyle w:val="NoSpacing"/>
      </w:pPr>
      <w:r>
        <w:t>21</w:t>
      </w:r>
    </w:p>
    <w:p>
      <w:pPr>
        <w:pStyle w:val="NoSpacing"/>
      </w:pPr>
      <w:r>
        <w:t>00:01:57,000 --&gt; 00:02:01,700</w:t>
      </w:r>
    </w:p>
    <w:p>
      <w:pPr>
        <w:pStyle w:val="NoSpacing"/>
      </w:pPr>
      <w:r>
        <w:t xml:space="preserve"> que una persona de la una persona em deixa Romà un ésser</w:t>
      </w:r>
    </w:p>
    <w:p>
      <w:pPr>
        <w:pStyle w:val="NoSpacing"/>
      </w:pPr>
    </w:p>
    <w:p>
      <w:pPr>
        <w:pStyle w:val="NoSpacing"/>
      </w:pPr>
      <w:r>
        <w:t>22</w:t>
      </w:r>
    </w:p>
    <w:p>
      <w:pPr>
        <w:pStyle w:val="NoSpacing"/>
      </w:pPr>
      <w:r>
        <w:t>00:02:07,600 --&gt; 00:02:11,700</w:t>
      </w:r>
    </w:p>
    <w:p>
      <w:pPr>
        <w:pStyle w:val="NoSpacing"/>
      </w:pPr>
      <w:r>
        <w:t xml:space="preserve"> és difícil Difícil dones casa però estic que té que</w:t>
      </w:r>
    </w:p>
    <w:p>
      <w:pPr>
        <w:pStyle w:val="NoSpacing"/>
      </w:pPr>
    </w:p>
    <w:p>
      <w:pPr>
        <w:pStyle w:val="NoSpacing"/>
      </w:pPr>
      <w:r>
        <w:t>23</w:t>
      </w:r>
    </w:p>
    <w:p>
      <w:pPr>
        <w:pStyle w:val="NoSpacing"/>
      </w:pPr>
      <w:r>
        <w:t>00:02:11,700 --&gt; 00:02:17,500</w:t>
      </w:r>
    </w:p>
    <w:p>
      <w:pPr>
        <w:pStyle w:val="NoSpacing"/>
      </w:pPr>
      <w:r>
        <w:t xml:space="preserve"> una part d'ella la meitat es planta baixa de carnisseria</w:t>
      </w:r>
    </w:p>
    <w:p>
      <w:pPr>
        <w:pStyle w:val="NoSpacing"/>
      </w:pPr>
    </w:p>
    <w:p>
      <w:pPr>
        <w:pStyle w:val="NoSpacing"/>
      </w:pPr>
      <w:r>
        <w:t>24</w:t>
      </w:r>
    </w:p>
    <w:p>
      <w:pPr>
        <w:pStyle w:val="NoSpacing"/>
      </w:pPr>
      <w:r>
        <w:t>00:02:17,500 --&gt; 00:02:22,900</w:t>
      </w:r>
    </w:p>
    <w:p>
      <w:pPr>
        <w:pStyle w:val="NoSpacing"/>
      </w:pPr>
      <w:r>
        <w:t xml:space="preserve"> Mallorca Seria seria de parla catalana sense cap</w:t>
      </w:r>
    </w:p>
    <w:p>
      <w:pPr>
        <w:pStyle w:val="NoSpacing"/>
      </w:pPr>
    </w:p>
    <w:p>
      <w:pPr>
        <w:pStyle w:val="NoSpacing"/>
      </w:pPr>
      <w:r>
        <w:t>25</w:t>
      </w:r>
    </w:p>
    <w:p>
      <w:pPr>
        <w:pStyle w:val="NoSpacing"/>
      </w:pPr>
      <w:r>
        <w:t>00:02:24,500 --&gt; 00:02:29,800</w:t>
      </w:r>
    </w:p>
    <w:p>
      <w:pPr>
        <w:pStyle w:val="NoSpacing"/>
      </w:pPr>
      <w:r>
        <w:t xml:space="preserve"> a sobre Encara estic a temps esperant de fer la meva</w:t>
      </w:r>
    </w:p>
    <w:p>
      <w:pPr>
        <w:pStyle w:val="NoSpacing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